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CỘNG HÒA XÃ HỘI CHỦ NGHĨA VIỆT NAM</w:t>
        <w:br/>
        <w:t>Độc lập - Tự do - Hạnh phúc</w:t>
        <w:br/>
      </w:r>
      <w:r>
        <w:rPr>
          <w:b/>
        </w:rPr>
        <w:t>-------------------</w:t>
        <w:br/>
      </w:r>
    </w:p>
    <w:p>
      <w:pPr>
        <w:jc w:val="center"/>
      </w:pPr>
      <w:r>
        <w:rPr>
          <w:rFonts w:ascii="Times New Roman" w:hAnsi="Times New Roman"/>
          <w:b/>
          <w:sz w:val="28"/>
        </w:rPr>
        <w:br/>
        <w:t>PHIẾU ĐĂNG KÝ DỰ TUYỂN CÔNG CHỨC</w:t>
        <w:br/>
      </w:r>
      <w:r>
        <w:rPr>
          <w:rFonts w:ascii="Times New Roman" w:hAnsi="Times New Roman"/>
          <w:i/>
          <w:sz w:val="22"/>
        </w:rPr>
        <w:t>(Ban hành kèm theo Nghị định số 138/2020/NĐ-CP ngày 27/11/2020 của Chính phủ)</w:t>
        <w:br/>
        <w:br/>
      </w:r>
    </w:p>
    <w:p>
      <w:r>
        <w:rPr>
          <w:rFonts w:ascii="Times New Roman" w:hAnsi="Times New Roman"/>
          <w:sz w:val="22"/>
        </w:rPr>
        <w:t>Vị trí đăng ký dự tuyển: .............................................................................................................................</w:t>
      </w:r>
    </w:p>
    <w:p>
      <w:r>
        <w:rPr>
          <w:rFonts w:ascii="Times New Roman" w:hAnsi="Times New Roman"/>
          <w:sz w:val="22"/>
        </w:rPr>
        <w:t>Cơ quan tuyển dụng: .....................................................................................................................................</w:t>
      </w:r>
    </w:p>
    <w:p>
      <w:r>
        <w:rPr>
          <w:rFonts w:ascii="Times New Roman" w:hAnsi="Times New Roman"/>
          <w:sz w:val="22"/>
        </w:rPr>
        <w:br/>
        <w:t>I. THÔNG TIN CÁ NHÂN</w:t>
      </w:r>
    </w:p>
    <w:p>
      <w:r>
        <w:rPr>
          <w:rFonts w:ascii="Times New Roman" w:hAnsi="Times New Roman"/>
          <w:sz w:val="22"/>
        </w:rPr>
        <w:t>1. Họ và tên (chữ in hoa): ....................................................................................... 2. Nam [  ]   Nữ [  ]</w:t>
      </w:r>
    </w:p>
    <w:p>
      <w:r>
        <w:rPr>
          <w:rFonts w:ascii="Times New Roman" w:hAnsi="Times New Roman"/>
          <w:sz w:val="22"/>
        </w:rPr>
        <w:t>3. Ngày, tháng, năm sinh: ....../....../............ 4. Nơi sinh: ........................................................................</w:t>
      </w:r>
    </w:p>
    <w:p>
      <w:r>
        <w:rPr>
          <w:rFonts w:ascii="Times New Roman" w:hAnsi="Times New Roman"/>
          <w:sz w:val="22"/>
        </w:rPr>
        <w:t>5. Quê quán: ..................................................................................................................................................</w:t>
      </w:r>
    </w:p>
    <w:p>
      <w:r>
        <w:rPr>
          <w:rFonts w:ascii="Times New Roman" w:hAnsi="Times New Roman"/>
          <w:sz w:val="22"/>
        </w:rPr>
        <w:t>6. Dân tộc: ........................................................... 7. Tôn giáo: ...................................................................</w:t>
      </w:r>
    </w:p>
    <w:p>
      <w:r>
        <w:rPr>
          <w:rFonts w:ascii="Times New Roman" w:hAnsi="Times New Roman"/>
          <w:sz w:val="22"/>
        </w:rPr>
        <w:t>8. Số CCCD/CMND: ....................................... Ngày cấp: ...../...../......... Nơi cấp: ...................................</w:t>
      </w:r>
    </w:p>
    <w:p>
      <w:r>
        <w:rPr>
          <w:rFonts w:ascii="Times New Roman" w:hAnsi="Times New Roman"/>
          <w:sz w:val="22"/>
        </w:rPr>
        <w:t>9. Số điện thoại liên hệ: ................................................. 10. Email: .............................................................</w:t>
      </w:r>
    </w:p>
    <w:p>
      <w:r>
        <w:rPr>
          <w:rFonts w:ascii="Times New Roman" w:hAnsi="Times New Roman"/>
          <w:sz w:val="22"/>
        </w:rPr>
        <w:t>11. Địa chỉ báo tin tin/liên lạc: ......................................................................................................................</w:t>
      </w:r>
    </w:p>
    <w:p>
      <w:r>
        <w:rPr>
          <w:rFonts w:ascii="Times New Roman" w:hAnsi="Times New Roman"/>
          <w:sz w:val="22"/>
        </w:rPr>
        <w:br/>
        <w:t>II. TRÌNH ĐỘ ĐÀO TẠO &amp; CHỨNG CHỈ</w:t>
      </w:r>
    </w:p>
    <w:p>
      <w:r>
        <w:rPr>
          <w:rFonts w:ascii="Times New Roman" w:hAnsi="Times New Roman"/>
          <w:sz w:val="22"/>
        </w:rPr>
        <w:t>Trình độ chuyên môn: [  ] Đại học   [  ] Thạc sĩ   [  ] Tiến sĩ</w:t>
      </w:r>
    </w:p>
    <w:p>
      <w:r>
        <w:rPr>
          <w:rFonts w:ascii="Times New Roman" w:hAnsi="Times New Roman"/>
          <w:sz w:val="22"/>
        </w:rPr>
        <w:t>Chuyên ngành đào tạo: ................................................................................................................................</w:t>
      </w:r>
    </w:p>
    <w:p>
      <w:r>
        <w:rPr>
          <w:rFonts w:ascii="Times New Roman" w:hAnsi="Times New Roman"/>
          <w:sz w:val="22"/>
        </w:rPr>
        <w:t>Trường cấp bằng: .................................................................... Năm tốt nghiệp: ....................................</w:t>
      </w:r>
    </w:p>
    <w:p>
      <w:r>
        <w:rPr>
          <w:rFonts w:ascii="Times New Roman" w:hAnsi="Times New Roman"/>
          <w:sz w:val="22"/>
        </w:rPr>
        <w:t>Xếp loại bằng: .......................................................................... Bằng thứ hai (nếu có): ...........................</w:t>
      </w:r>
    </w:p>
    <w:p>
      <w:r>
        <w:rPr>
          <w:rFonts w:ascii="Times New Roman" w:hAnsi="Times New Roman"/>
          <w:sz w:val="22"/>
        </w:rPr>
        <w:t>Trình độ Ngoại ngữ: ................................................................. Trình độ Tin học: ......................................</w:t>
      </w:r>
    </w:p>
    <w:p>
      <w:r>
        <w:rPr>
          <w:rFonts w:ascii="Times New Roman" w:hAnsi="Times New Roman"/>
          <w:sz w:val="22"/>
        </w:rPr>
        <w:br/>
        <w:t>III. THÔNG TIN ĐỐI TƯỢNG ƯU TIÊN (Nếu có)</w:t>
      </w:r>
    </w:p>
    <w:p>
      <w:r>
        <w:rPr>
          <w:rFonts w:ascii="Times New Roman" w:hAnsi="Times New Roman"/>
          <w:sz w:val="22"/>
        </w:rPr>
        <w:t>Thuộc đối tượng ưu tiên theo Điều 5 Nghị định 138/2020/NĐ-CP: .................................................................</w:t>
      </w:r>
    </w:p>
    <w:p>
      <w:r>
        <w:rPr>
          <w:rFonts w:ascii="Times New Roman" w:hAnsi="Times New Roman"/>
          <w:sz w:val="22"/>
        </w:rPr>
        <w:br/>
        <w:t>IV. CAM KẾT CỦA NGUỜI DỰ TUYỂN</w:t>
      </w:r>
    </w:p>
    <w:p>
      <w:r>
        <w:rPr>
          <w:rFonts w:ascii="Times New Roman" w:hAnsi="Times New Roman"/>
          <w:sz w:val="22"/>
        </w:rPr>
        <w:t>Tôi xin cam đoan những lời khai trên đây là đúng sự thật. Nếu sai sự thật, tôi xin chịu hoàn toàn trách nhiệm trước pháp luật và bị hủy bỏ kết quả trúng tuyển.</w:t>
      </w:r>
    </w:p>
    <w:p>
      <w:pPr>
        <w:jc w:val="right"/>
      </w:pPr>
      <w:r>
        <w:rPr>
          <w:rFonts w:ascii="Times New Roman" w:hAnsi="Times New Roman"/>
          <w:sz w:val="22"/>
        </w:rPr>
        <w:br/>
        <w:br/>
        <w:t>......., ngày ...... tháng ...... năm 2026</w:t>
        <w:br/>
        <w:t>NGƯỜI LÀM ĐƠN</w:t>
        <w:br/>
        <w:t>(Ký và ghi rõ họ tên)</w:t>
        <w:br/>
        <w:br/>
        <w:br/>
        <w:br/>
        <w:br/>
        <w:t>........................................................</w:t>
      </w:r>
    </w:p>
    <w:sectPr w:rsidR="00FC693F" w:rsidRPr="0006063C" w:rsidSect="00034616">
      <w:pgSz w:w="12240" w:h="15840"/>
      <w:pgMar w:top="1152"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